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Appointment intake worksheet</w:t>
      </w:r>
    </w:p>
    <w:p>
      <w:r>
        <w:t>Just A Pup Training | Blank preparation worksheet | 2026-10-25</w:t>
      </w:r>
    </w:p>
    <w:p>
      <w:r>
        <w:t>Keep this file on your device. Leave anything that does not apply blank. Ask your host how to share it; this worksheet does not send or upload your answers.</w:t>
      </w:r>
    </w:p>
    <w:p>
      <w:pPr>
        <w:pStyle w:val="Heading1"/>
      </w:pPr>
      <w:r>
        <w:t>Appointment details</w:t>
      </w:r>
    </w:p>
    <w:p>
      <w:r>
        <w:t>Your name:</w:t>
      </w:r>
    </w:p>
    <w:p>
      <w:r>
        <w:t>________________________________________________________________</w:t>
      </w:r>
    </w:p>
    <w:p>
      <w:r>
        <w:t>Email for confirmation:</w:t>
      </w:r>
    </w:p>
    <w:p>
      <w:r>
        <w:t>________________________________________________________________</w:t>
      </w:r>
    </w:p>
    <w:p>
      <w:r>
        <w:t>Host (C.J. Sabolis / A.J. Maloney):</w:t>
      </w:r>
    </w:p>
    <w:p>
      <w:r>
        <w:t>________________________________________________________________</w:t>
      </w:r>
    </w:p>
    <w:p>
      <w:r>
        <w:t>Appointment subject:</w:t>
      </w:r>
    </w:p>
    <w:p>
      <w:r>
        <w:t>________________________________________________________________</w:t>
      </w:r>
    </w:p>
    <w:p>
      <w:r>
        <w:t>Confirmed date, time and time zone:</w:t>
      </w:r>
    </w:p>
    <w:p>
      <w:r>
        <w:t>________________________________________________________________</w:t>
      </w:r>
    </w:p>
    <w:p>
      <w:r>
        <w:t>Format and confirmed meeting link or address:</w:t>
      </w:r>
    </w:p>
    <w:p>
      <w:r>
        <w:t>________________________________________________________________</w:t>
      </w:r>
    </w:p>
    <w:p>
      <w:pPr>
        <w:pStyle w:val="Heading1"/>
      </w:pPr>
      <w:r>
        <w:t>What you want to work on</w:t>
      </w:r>
    </w:p>
    <w:p>
      <w:r>
        <w:t>My main goal for this appointment:</w:t>
      </w:r>
    </w:p>
    <w:p>
      <w:r>
        <w:t>________________________________________________________________</w:t>
      </w:r>
    </w:p>
    <w:p>
      <w:r>
        <w:t>What I have tried so far:</w:t>
      </w:r>
    </w:p>
    <w:p>
      <w:r>
        <w:t>________________________________________________________________</w:t>
      </w:r>
    </w:p>
    <w:p>
      <w:r>
        <w:t>Questions I want to ask:</w:t>
      </w:r>
    </w:p>
    <w:p>
      <w:r>
        <w:t>________________________________________________________________</w:t>
      </w:r>
    </w:p>
    <w:p>
      <w:r>
        <w:t>Access, communication or equipment arrangements I want to discuss: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Optional: dog coaching with Carolyn</w:t>
      </w:r>
    </w:p>
    <w:p>
      <w:r>
        <w:t>Dog's name and approximate age:</w:t>
      </w:r>
    </w:p>
    <w:p>
      <w:r>
        <w:t>________________________________________________________________</w:t>
      </w:r>
    </w:p>
    <w:p>
      <w:r>
        <w:t>A situation I want help with, and what happens just before it:</w:t>
      </w:r>
    </w:p>
    <w:p>
      <w:r>
        <w:t>________________________________________________________________</w:t>
      </w:r>
    </w:p>
    <w:p>
      <w:r>
        <w:t>Usual walking setup and household routines:</w:t>
      </w:r>
    </w:p>
    <w:p>
      <w:r>
        <w:t>________________________________________________________________</w:t>
      </w:r>
    </w:p>
    <w:p>
      <w:r>
        <w:t>Health, behavior or handling changes Carolyn should know about:</w:t>
      </w:r>
    </w:p>
    <w:p>
      <w:r>
        <w:t>________________________________________________________________</w:t>
      </w:r>
    </w:p>
    <w:p>
      <w:r>
        <w:t>Bite history or safety concerns to discuss before practice:</w:t>
      </w:r>
    </w:p>
    <w:p>
      <w:r>
        <w:t>________________________________________________________________</w:t>
      </w:r>
    </w:p>
    <w:p>
      <w:r>
        <w:t>What a manageable first step would look like for our household:</w:t>
      </w:r>
    </w:p>
    <w:p>
      <w:r>
        <w:t>________________________________________________________________</w:t>
      </w:r>
    </w:p>
    <w:p>
      <w:r>
        <w:t>Do not include payment card details, passwords or unrelated sensitive records. A completed worksheet does not reserve or confirm an appointment.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